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תמרורי חובה, אזהרה והוריה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הנהג/ת צריך לעשות מול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תמרורים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משמעות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לגמרי ואז 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לתת זכות קדימה למי שכבר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למאט ולהיות זהיר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עוצרים רק אם באמת צריך, אחרת מאטים ונותנים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שהתמרור מציין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ואז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(אסור לנסוע מהר יותר מ-30 קמ״ש)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(זכות קדימה למי שכבר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(מאטים וזהירים במיוחד)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הנהג עושה קודם? סדרו לפי הפעולות הנכונות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לכיכר ומאטים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רכב שכבר נמצא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נותנים זכות קדימה לרכב שבכיכר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נכנסים לכיכר כשהדרך פנויה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התייחסות לבטיחות, מניעת תאונות ושמירה על הולכי רגל ונהגים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ואז נותנים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שכבר נמצא בתוך הכיכר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בעצור חובה לעצור לגמרי, במאטים עוצרים רק אם 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התמרורים תוך כדי התרגול כדי לחזק 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תרחישי נהיגה קצרים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השלכות אי ציות לתמרורים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תמרורים הם שפה משותפת לכל הנהגים בכביש. בדף הזה נתרגל את המשמעות של תמרורים חשובים כמו עצור, כיכר, מעבר חצייה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מהירות  ·  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משמעות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מאטים ונותנים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לגמרי ואז 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ממשיכים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בכניסה לכיכר הנהג צריך: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לעצור תמיד לפני הכניסה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לתת זכות קדימה למי שכבר בכיכר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לנסוע מהר כדי להספיק להיכנס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תמרור אזור עם ילדים אומר לנהג: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להאיץ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למאט ולהיות זהיר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לחנות בצד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בתמרור מאטים ונותנים זכות קדימה חובה לעצור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אסור להיכנס אומר שאי אפשר להיכנס לרחוב מכיוון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תמרור __________ מחייב את הנהג לעצור לגמרי ואז לתת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תמרור מהירות מרבית מגביל את ה__________ שבה מותר לנסוע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אסור לנסוע מהר יותר מ-30 קמ״ש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מהירות מרבית 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מאטים וזהירים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עצירה מלאה ואז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אזור עם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זכות קדימה למי שכבר בפנים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הנהג עושה קודם? סדרו לפי הפעולות הנכונות בכיכר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נכנסים לכיכר כשהדרך פנויה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נותנים זכות קדימה לרכב שבכיכר אם 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מתקרבים לכיכר ומאטים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רכב שכבר נמצא בכיכר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חשוב שנהג יכיר את משמעות התמרורים לפני שהוא מקבל רישיון 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מקבל זכות קדימה בכיכר?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תמרורים לנהג/ת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