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תמרורים לנהג/ת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תמרורי חובה, אזהרה והוריה נפוצים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הנהג/ת צריך לעשות מול כל תמרור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מהיר של תמרורים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משמעות התמרור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עוצרים לגמרי ואז נותנים זכות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מהירות מרבית 30 קמ״ש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לתת זכות קדימה למי שכבר בכיכר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למאט ולהיות זהיר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לתת זכות קדימה להולכי 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להתכונן לעצור אם 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עוצרים רק אם באמת צריך, אחרת מאטים ונותנים זכות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מה שהתמרור מציין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מי שכבר בכיכר מקבל זכות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המטרה של התמרור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חובה לעצור לגמרי גם אם הכביש נראה פנוי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תמרור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(עצירה מלאה ואז זכות קדימה)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(אסור לנסוע מהר יותר מ-30 קמ״ש)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(זכות קדימה למי שכבר בפנים)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(מאטים וזהירים במיוחד)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(זכות קדימה להולכי 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(מתכוננים לעצור)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הנהג עושה קודם? סדרו לפי הפעולות הנכונות בכיכר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מתקרבים לכיכר ומאטים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אם יש רכב שכבר נמצא בכיכר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נותנים זכות קדימה לרכב שבכיכר אם 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נכנסים לכיכר כשהדרך פנויה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יוצאים מהכיכר בפנייה המתאימה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יש לבחור שני תמרורים מהדף ולהסביר נכון את ההתנהגות הנדרשת מול כל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הכוללת התייחסות לבטיחות, מניעת תאונות ושמירה על הולכי רגל ונהגים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 לגמרי ואז נותנים זכות קדימה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 שכבר נמצא בתוך הכיכר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בעצור חובה לעצור לגמרי, במאטים עוצרים רק אם צריך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אמיתיות של התמרורים תוך כדי התרגול כדי לחזק זיהוי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תרחישי נהיגה קצרים לפני המעבר לכתיבה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דיון על השלכות אי ציות לתמרורים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תמרורים לנהג/ת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תמרור הוא סימן בכביש. כל תמרור אומר לנהג מה לעשות. נלמד מה כל תמרור אומר.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תמרור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בדרך שאומר לנהג מה מותר ומה אסור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 קדימה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שרשאי לנסוע או לעבור קודם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עצירה מלאה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לעצור לגמרי עד שהגלגלים לא זזים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צומת עגול שבו נוסעים סביב במעגל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מעבר חצייה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מסומן שבו הולכי רגל חוצים את הכביש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מהירות מרבית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המהירות הגבוהה ביותר שמותר לנסוע 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עם אורות שמנחה מתי לנסוע ומתי לעצור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משמעות התמרור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תמרור עצור אומר לנהג לעשות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מאטים ונותנים זכות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עוצרים לגמרי ואז נותנים זכות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ממשיכים בזהירות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מאיצים את המהירות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אומר תמרור עם המספר 30?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הרחוב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מהירות מרבית 30 קמ״ש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תמרורים בכביש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כמות מכוניות מותרת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כשנכנסים לכיכר?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לעצור תמיד לפני הכניסה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לתת זכות קדימה למי שכבר בכיכר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לנסוע מהר כדי להספיק להיכנס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להמתין לרמזור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נוהגים כשרואים תמרור של ילדים?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להאיץ כדי לעבור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למאט ולהיות זהיר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לחנות בצד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לצפור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ליד מעבר חצייה?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לתת זכות קדימה להולכי 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לעצור רק אם יש רמזור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להאיץ לפני שמישהו חוצה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לפנות שמאלה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כשרואים תמרור רמזור לפניך?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שאין צורך לשים 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להתכונן לעצור אם צריך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שהרמזור מקולקל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לפנות ימינה מיד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בתמרור מאטים ונותנים זכות קדימה חובה לעצור תמיד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אסור להיכנס אומר שאי אפשר להיכנס לרחוב מכיוון מסוים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בכיכר תמיד למי שנכנס יש זכות קדימה על מי שכבר בתוכה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חצייה מיועד לתת עדיפות להולכי רגל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עצירה מלאה מאפשר להמשיך בלי לעצור אם הכביש פנוי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תמרור __________ מחייב את הנהג לעצור לגמרי ואז לתת זכות קדימה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תמרור מהירות מרבית מגביל את ה__________ שבה מותר לנסוע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ב__________ נוהגים במעגל ונותנים זכות קדימה למי שכבר בפנים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כשיש ילדים בסביבה חייבים ל__________ ולהיות זהירים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ב__________ חצייה חייבים לתת זכות קדימה להולכי רגל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תמרור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זכות קדימה להולכי רגל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מהירות מרבית 30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מאטים וזהירים במיוחד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כיכר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מתכוננים לעצור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אזור עם ילדים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עצירה מלאה ואז זכות קדימה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מעבר חצייה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זכות קדימה למי שכבר בפנים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רמזור לפניך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אסור לנסוע מהר יותר מ-30 קמ״ש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הנהג עושה קודם? סדרו לפי הפעולות הנכונות בכיכר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נכנסים לכיכר כשהדרך פנויה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מהכיכר בפנייה המתאימה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מתקרבים לכיכר ומאטים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יש רכב שכבר נמצא בכיכר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נותנים זכות קדימה לרכב שבכיכר אם 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נהיגה שבו פגשתם או יכולתם לפגוש שני תמרורים שונים זה אחר זה, והסבירו איך הייתם נוהגים מול 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חשוב שנהג יכיר את משמעות התמרורים לפני שהוא מקבל רישיון נהיגה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כשרואים תמרור עצור?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מקבל זכות קדימה בכיכר?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עצור לבין מאטים ונותנים זכות קדימה?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תמרורים לנהג/ת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