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תמרורים לנהג/ת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תמרורי חובה, אזהרה והוריה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הנהג/ת צריך לעשות מול כל 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מהיר של תמרורים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משמעות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לגמרי ואז נותנים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מהירות מרבית 30 קמ״ש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לתת זכות קדימה למי שכבר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למאט ולהיות זהיר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לתת זכות קדימה להולכי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להתכונן לעצור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עוצרים רק אם באמת צריך, אחרת מאטים ונותנים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שהתמרור מציין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 שכבר בכיכר מקבל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המטרה של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חובה לעצור לגמרי גם אם הכביש נראה פנוי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ואז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(אסור לנסוע מהר יותר מ-30 קמ״ש)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(זכות קדימה למי שכבר בפנים)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(מאטים וזהירים במיוחד)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(זכות קדימה להולכי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(מתכוננים לעצור)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הנהג עושה קודם? סדרו לפי הפעולות הנכונות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מתקרבים לכיכר ומאטים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רכב שכבר נמצא בכיכר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נותנים זכות קדימה לרכב שבכיכר אם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נכנסים לכיכר כשהדרך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יוצאים מהכיכר בפנייה המתאימה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יש לבחור שני תמרורים מהדף ולהסביר נכון את ההתנהגות הנדרשת מול 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התייחסות לבטיחות, מניעת תאונות ושמירה על הולכי רגל ונהגים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ואז נותנים זכות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שכבר נמצא בתוך הכיכר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בעצור חובה לעצור לגמרי, במאטים עוצרים רק אם 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התמרורים תוך כדי התרגול כדי לחזק זיהוי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תרחישי נהיגה קצרים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על השלכות אי ציות לתמרורים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תמרורים לנהג/ת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תמרורים הם שפה משותפת לכל הנהגים בכביש. בדף הזה נתרגל את המשמעות של תמרורים חשובים כמו עצור, כיכר, מעבר חצייה ועוד.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משמעות התמרור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מאטים ונותנים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לגמרי ואז נותנים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ממשיכים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מאיצים את המהירות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תמרור עם המספר 30 בתוך עיגול אדום מציין: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מהירות מרבית 30 קמ״ש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תמרורים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מכוניות מותרת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בכניסה לכיכר הנהג צריך: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תמיד לפני הכניסה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זכות קדימה למי שכבר בכיכר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לנסוע מהר כדי להספיק להיכנס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להמתין לרמזור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תמרור אזור עם ילדים אומר לנהג: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למאט ולהיות זהיר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לחנות בצד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לצפור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תמרור מעבר חצייה דורש מהנהג: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זכות קדימה להולכי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רק אם יש רמזור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להאיץ לפני שמישהו 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שמאלה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תמרור שמציין רמזור לפניך אומר לנהג: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שאין צורך לשים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להתכונן לעצור אם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שהרמזור מקולקל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ימינה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בתמרור מאטים ונותנים זכות קדימה חובה לעצור 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אסור להיכנס אומר שאי אפשר להיכנס לרחוב מכיוון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בכיכר תמיד למי שנכנס יש זכות קדימה על מי שכבר בתוכה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חצייה מיועד לתת עדיפות להולכי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עצירה מלאה מאפשר להמשיך בלי לעצור אם הכביש פנוי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תמרור __________ מחייב את הנהג לעצור לגמרי ואז לתת זכות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מהירות מרבית מגביל את ה__________ שבה מותר לנסוע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נוהגים במעגל ונותנים זכות קדימה למי שכבר בפנים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ילדים בסביבה חייבים ל__________ ולהיות זהירים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ב__________ חצייה חייבים לתת זכות קדימה להולכי 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מאטים וזהירים במיוחד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מהירות מרבית 30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זכות קדימה להולכי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עצירה מלאה ואז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אזור עם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מתכוננים לעצור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אסור לנסוע מהר יותר מ-30 קמ״ש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רמזור לפניך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זכות קדימה למי שכבר בפנים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הנהג עושה קודם? סדרו לפי הפעולות הנכונות בכיכר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מהכיכר בפנייה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לכיכר כשהדרך פנויה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מתקרבים לכיכר ומאטים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רכב שכבר נמצא בכיכר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זכות קדימה לרכב שבכיכר אם 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נהיגה שבו פגשתם או יכולתם לפגוש שני תמרורים שונים זה אחר זה, והסבירו איך הייתם נוהגים מול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שנהג יכיר את משמעות התמרורים לפני שהוא מקבל רישיון נהיגה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מקבל זכות קדימה בכיכר?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עצור לבין מאטים ונותנים זכות קדימה?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תמרורים לנהג/ת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